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ОБРАЗЕЦ для демонстрации сервиса. Перед использованием проверьте текст с юристом.</w:t>
      </w:r>
    </w:p>
    <w:p>
      <w:pPr>
        <w:jc w:val="center"/>
      </w:pPr>
      <w:r>
        <w:rPr>
          <w:b/>
          <w:sz w:val="28"/>
        </w:rPr>
        <w:t xml:space="preserve">ДОГОВОР АРЕНДЫ № 1</w:t>
      </w:r>
    </w:p>
    <w:p>
      <w:pPr>
        <w:jc w:val="right"/>
      </w:pPr>
      <w:r>
        <w:t xml:space="preserve">«17» октября 2026 г.</w:t>
      </w:r>
    </w:p>
    <w:p>
      <w:r>
        <w:t xml:space="preserve">ООО «ТЕСТ-СКЛАД», ИНН 7700000000, в лице Генерального директора Петрова Петра Петровича (далее — «Арендодатель»), с одной стороны, и Иванов Иван Иванович, паспорт серия 45 10 № 123456, выдан ОТДЕЛОМ ТЕСТ, дата выдачи 01.02.2015, код подразделения 770-001, зарегистрирован(а) по адресу: г. Москва, ул. Примерная, д. 2 (далее — «Арендатор»), с другой стороны, заключили настоящий договор о нижеследующем:</w:t>
      </w:r>
    </w:p>
    <w:p>
      <w:r>
        <w:rPr>
          <w:b/>
        </w:rPr>
        <w:t>1. Предмет договора</w:t>
      </w:r>
    </w:p>
    <w:p>
      <w:r>
        <w:t xml:space="preserve">1.1. Арендодатель передаёт Арендатору во временное владение и пользование Контейнер №12, 20 футов (далее — Объект).</w:t>
      </w:r>
    </w:p>
    <w:p>
      <w:r>
        <w:t xml:space="preserve">1.2. Срок аренды: с 17.10.2026 по 16.11.2026 (1 мес.).</w:t>
      </w:r>
    </w:p>
    <w:p>
      <w:r>
        <w:t>1.3. Объект передаётся по акту приёма-передачи.</w:t>
      </w:r>
    </w:p>
    <w:p>
      <w:r>
        <w:rPr>
          <w:b/>
        </w:rPr>
        <w:t>2. Арендная плата</w:t>
      </w:r>
    </w:p>
    <w:p>
      <w:r>
        <w:t xml:space="preserve">2.1. Арендная плата составляет 15 500 (пятнадцать тысяч пятьсот) рублей в месяц.</w:t>
      </w:r>
    </w:p>
    <w:p>
      <w:r>
        <w:t>2.2. Оплата вносится авансом не позднее первого дня оплачиваемого периода.</w:t>
      </w:r>
    </w:p>
    <w:p>
      <w:r>
        <w:rPr>
          <w:b/>
        </w:rPr>
        <w:t>3. Обязанности сторон</w:t>
      </w:r>
    </w:p>
    <w:p>
      <w:r>
        <w:t>3.1. Арендодатель обязуется передать Объект в состоянии, пригодном для использования.</w:t>
      </w:r>
    </w:p>
    <w:p>
      <w:r>
        <w:t>3.2. Арендатор обязуется использовать Объект по назначению, своевременно вносить арендную плату и вернуть Объект по окончании срока аренды.</w:t>
      </w:r>
    </w:p>
    <w:p>
      <w:r>
        <w:rPr>
          <w:b/>
        </w:rPr>
        <w:t>4. Прочие условия</w:t>
      </w:r>
    </w:p>
    <w:p>
      <w:r>
        <w:t>4.1. Срок аренды может быть продлён дополнительным соглашением сторон.</w:t>
      </w:r>
    </w:p>
    <w:p>
      <w:r>
        <w:t>4.2. Договор составлен в двух экземплярах, по одному для каждой стороны.</w:t>
      </w:r>
    </w:p>
    <w:p>
      <w:r>
        <w:rPr>
          <w:b/>
        </w:rPr>
        <w:t>5.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Арендодатель:</w:t>
              <w:br/>
              <w:t xml:space="preserve">ООО «ТЕСТ-СКЛАД»</w:t>
              <w:br/>
              <w:t xml:space="preserve">ИНН 7700000000</w:t>
              <w:br/>
              <w:t xml:space="preserve">ОГРН 1027700000000</w:t>
              <w:br/>
              <w:t xml:space="preserve">г. Москва, ул. Тестовая, д. 1</w:t>
              <w:br/>
              <w:br/>
              <w:t xml:space="preserve">_____________ / Петров П.П.</w:t>
            </w:r>
          </w:p>
        </w:tc>
        <w:tc>
          <w:tcPr>
            <w:tcW w:type="dxa" w:w="4320"/>
          </w:tcPr>
          <w:p>
            <w:r>
              <w:t>Арендатор:</w:t>
              <w:br/>
              <w:t xml:space="preserve">Иванов Иван Иванович</w:t>
              <w:br/>
              <w:t xml:space="preserve">паспорт серия 45 10 № 123456, выдан ОТДЕЛОМ ТЕСТ, дата выдачи 01.02.2015, код подразделения 770-001, зарегистрирован(а) по адресу: г. Москва, ул. Примерная, д. 2</w:t>
              <w:br/>
              <w:t xml:space="preserve">Тел.: +7 900 000-00-00</w:t>
              <w:br/>
              <w:t xml:space="preserve"/>
              <w:br/>
              <w:t xml:space="preserve">_____________ / Иванов И.И.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